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ענווה – השיבולת המלאה מתכופפת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ענווה לביטול עצמי ובין ביטחון ליהירות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עקרון 'הלומד מכל אדם' מפרקי אבות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נתינת קרדיט וקבלת מחמאה בענווה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ענווה של מי שיש לו ערך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ביטחון שקט בתוספת מקום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אמר את האמת ונתן קרדיט לאביה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ללמוד מכל אדם, גם ממי שקטן או שונה מאיתנו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ענווה היא דווקא להכיר בערך שלי ועדיין להשאיר מקום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אביה היא זו שישבה וספרה את הנבטים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מתרגלים בדף לקבל מחמאה בביטחון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היה לו רגע של בחירה קשה לפני שאמר את האמת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ללמוד גם ממי שקטן או שונה מאיתנו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(עשתה את רוב הכתיבה)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(עיצב את המצגת ונתן קרדיט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(מצאה את הרעיון וספרה נבטים)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(ביטחון שקט עם מקום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(לחשוב שאני הכי חשוב מכולם)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האתגר השבועי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1: למדו משהו ממישהו צעיר 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2: תנו קרדיט בקול למישהו שעזר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3: כשמחמיאים לכם ענו רק 'תודה'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4: אמרו 'טעיתי' או 'לא ידעתי' לפחות פעם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יום 5: הקשיבו בשיחה יותר משאתם מדברים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מזהה אדם קונקרטי ופעולה שעשה, ומסביר למה חשוב לתת לו קרדיט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ענווה לא אומרת להסתיר הישגים אלא לא להתנפח ולתת מקום לאחרים גם 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 מציין דבר קונקרטי שלמד מאדם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ביטחון שקט + מקום לאחרים, לא ביטול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נתן קרדיט לאביה על הרעיון והספירה, למרות שיכול היה לקחת את כל התהילה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שמראה הבנה שאפשר ללמוד מכל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שיבולת אמיתית או תמונה כדי לחדד את הדימוי בתחילת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הסיפור כדאי להשתמש בשני הצירים מהמערך כדי למקם את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לתרגול המחמאות בזוגות חשוב להדגיש: רק 'תודה', בלי להקטין ובלי 'נו באמת'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ענווה – השיבולת המלאה מתכופפת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מושג הענווה דרך דימוי השיבולת, סיפור 'הקרדיט' ומקור מפרקי אבות על הלומד מכל אדם.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מסמלת השיבולת המלאה שמתכופפת?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שיבולת חלשה שנשברת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ענווה של מי שיש לו ערך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שיבולת שלא גדלה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שיבולת שרוצה להתבלט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הדף, ענווה היא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לחשוב שאני קטן וחסר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ביטחון שקט בתוספת מקום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לדבר בכלל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להתבייש בהישגים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מצא את הרעיון המרכזי של הניסוי בעבודה בביולוגיה?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עשה דניאל כשהמורה שאלה מי חשב על הניסוי?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שתק ולא ענה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אמר שזה הרעיון שלו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אמר את האמת ונתן קרדיט לאביה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 על 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המשנה בפרקי אבות מלמדת על למידה מאנשים?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רק ממורים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מכל אדם, גם ממי שקטן או שונה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רק מחברים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ללמוד משום אדם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ענווה פירושה לבטל את עצמי ולא להכיר בערך שלי.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דניאל הוא זה שבפועל ספר את כל הנבטים בניסוי.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כשמחמיאים לאדם ענו, תגובה טובה היא לומר 'תודה' בלי להקטין את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הסיפור, דניאל הפגין רק ענווה ולא היה לו רגע של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עקרון 'הלומד מכל אדם' אומר שאפשר ללמוד רק ממי שגדול וחכם מאיתנו.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שיבולת ריקה עומדת __________, ושיבולת מלאה מתכופפת.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ענווה = ביטחון שקט + מקום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שמצאה את הרעיון המרכזי של הניסוי.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בהצגה, __________ עמד ראשון ודיבר על הרעיון כאילו הוא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כשמקבלים מחמאה, אפשר פשוט לומר '__________' בלי להקטין את עצמנו.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ביטחון שקט עם מקום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דניאל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לחשוב שאני הכי חשוב מכולם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עיצב את המצגת ונתן קרדיט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מצאה את הרעיון וספרה נבטים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עשתה את רוב הכתיבה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האתגר השבועי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5: הקשיבו בשיחה יותר משאתם מדברים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4: אמרו 'טעיתי' או 'לא ידעתי' לפחות פעם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1: למדו משהו ממישהו צעיר מכם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3: כשמחמיאים לכם ענו רק 'תודה'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2: תנו קרדיט בקול למישהו שעזר 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מישהו שתוכלו לתת לו קרדיט השבוע על משהו שעשה או עשתה.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ענווה פירושה גם לא לדבר על ההישגים שלי?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דבר אחד שלמדתם מחבר או חברה בשבוע האחרון, גם אם הוא צעיר או שונה 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ההגדרה של ענווה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דניאל עשה בסוף הסיפור שהראה ענווה אמיתית?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מאיזה אדם תוכלו ללמוד השבוע, וממה בדיוק?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ענווה – השיבולת המלאה מתכופפת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